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 w:line="264" w:lineRule="auto"/>
      </w:pPr>
      <w:r>
        <w:rPr>
          <w:rFonts w:ascii="Verdana" w:hAnsi="Verdana" w:cs="Verdana" w:eastAsia="Verdana"/>
          <w:b w:val="0"/>
          <w:i w:val="0"/>
          <w:color w:val="2A1A20"/>
          <w:sz w:val="38"/>
        </w:rPr>
        <w:t>SOPHIE KIM</w:t>
      </w:r>
    </w:p>
    <w:p>
      <w:pPr>
        <w:spacing w:before="0" w:after="60" w:line="264" w:lineRule="auto"/>
      </w:pPr>
      <w:r>
        <w:rPr>
          <w:rFonts w:ascii="Verdana" w:hAnsi="Verdana" w:cs="Verdana" w:eastAsia="Verdana"/>
          <w:b/>
          <w:i w:val="0"/>
          <w:color w:val="4F6F5B"/>
          <w:sz w:val="18"/>
        </w:rPr>
        <w:t>Software Engineering Intern, Summer 2027</w:t>
      </w:r>
    </w:p>
    <w:p>
      <w:pPr>
        <w:pBdr>
          <w:bottom w:val="single" w:sz="4" w:space="8" w:color="C9BEC2"/>
        </w:pBdr>
        <w:spacing w:before="0" w:after="240" w:line="264" w:lineRule="auto"/>
      </w:pPr>
      <w:r>
        <w:rPr>
          <w:rFonts w:ascii="Verdana" w:hAnsi="Verdana" w:cs="Verdana" w:eastAsia="Verdana"/>
          <w:b w:val="0"/>
          <w:i w:val="0"/>
          <w:color w:val="6B5A60"/>
          <w:sz w:val="16"/>
        </w:rPr>
        <w:t>Seattle, WA  ·  (206) 555-0135  ·  sophie.kim@example.com  ·  github.com/sophiekim</w:t>
      </w:r>
    </w:p>
    <w:p>
      <w:pPr>
        <w:keepNext/>
        <w:spacing w:before="280" w:after="80" w:line="264" w:lineRule="auto"/>
      </w:pPr>
      <w:r>
        <w:rPr>
          <w:rFonts w:ascii="Verdana" w:hAnsi="Verdana" w:cs="Verdana" w:eastAsia="Verdana"/>
          <w:b/>
          <w:i w:val="0"/>
          <w:color w:val="4F6F5B"/>
          <w:sz w:val="18"/>
        </w:rPr>
        <w:t>SUMMARY</w:t>
      </w:r>
    </w:p>
    <w:p>
      <w:pPr>
        <w:spacing w:before="0" w:after="40" w:line="300" w:lineRule="auto"/>
      </w:pPr>
      <w:r>
        <w:rPr>
          <w:rFonts w:ascii="Verdana" w:hAnsi="Verdana" w:cs="Verdana" w:eastAsia="Verdana"/>
          <w:b w:val="0"/>
          <w:i w:val="0"/>
          <w:color w:val="2A1A20"/>
          <w:sz w:val="20"/>
        </w:rPr>
        <w:t>Computer science junior who builds well-tested Python and JavaScript projects with public APIs and map data, and explains technical problems clearly from two years at an IT help desk.</w:t>
      </w:r>
    </w:p>
    <w:p>
      <w:pPr>
        <w:keepNext/>
        <w:spacing w:before="280" w:after="80" w:line="264" w:lineRule="auto"/>
      </w:pPr>
      <w:r>
        <w:rPr>
          <w:rFonts w:ascii="Verdana" w:hAnsi="Verdana" w:cs="Verdana" w:eastAsia="Verdana"/>
          <w:b/>
          <w:i w:val="0"/>
          <w:color w:val="4F6F5B"/>
          <w:sz w:val="18"/>
        </w:rPr>
        <w:t>EDUCATION</w:t>
      </w:r>
    </w:p>
    <w:p>
      <w:pPr>
        <w:keepNext/>
        <w:tabs>
          <w:tab w:pos="10224" w:val="right"/>
        </w:tabs>
        <w:spacing w:before="120" w:after="0" w:line="264" w:lineRule="auto"/>
      </w:pPr>
      <w:r>
        <w:rPr>
          <w:rFonts w:ascii="Verdana" w:hAnsi="Verdana" w:cs="Verdana" w:eastAsia="Verdana"/>
          <w:b/>
          <w:i w:val="0"/>
          <w:color w:val="2A1A20"/>
          <w:sz w:val="21"/>
        </w:rPr>
        <w:t>B.S. in Computer Science</w:t>
      </w:r>
      <w:r>
        <w:rPr>
          <w:rFonts w:ascii="Verdana" w:hAnsi="Verdana" w:cs="Verdana" w:eastAsia="Verdana"/>
          <w:b w:val="0"/>
          <w:i w:val="0"/>
          <w:color w:val="6B5A60"/>
          <w:sz w:val="19"/>
        </w:rPr>
        <w:tab/>
        <w:t>Expected Jun 2028</w:t>
      </w:r>
    </w:p>
    <w:p>
      <w:pPr>
        <w:keepNext/>
        <w:spacing w:before="0" w:after="60" w:line="264" w:lineRule="auto"/>
      </w:pPr>
      <w:r>
        <w:rPr>
          <w:rFonts w:ascii="Verdana" w:hAnsi="Verdana" w:cs="Verdana" w:eastAsia="Verdana"/>
          <w:b w:val="0"/>
          <w:i w:val="0"/>
          <w:color w:val="4F6F5B"/>
          <w:sz w:val="19"/>
        </w:rPr>
        <w:t>University of Washington, Seattle, WA</w:t>
      </w:r>
    </w:p>
    <w:p>
      <w:pPr>
        <w:spacing w:before="0" w:after="50" w:line="276" w:lineRule="auto"/>
        <w:ind w:left="288" w:hanging="202"/>
      </w:pPr>
      <w:r>
        <w:rPr>
          <w:rFonts w:ascii="Verdana" w:hAnsi="Verdana" w:cs="Verdana" w:eastAsia="Verdana"/>
          <w:b w:val="0"/>
          <w:i w:val="0"/>
          <w:color w:val="4F6F5B"/>
          <w:sz w:val="20"/>
        </w:rPr>
        <w:t xml:space="preserve">•  </w:t>
      </w:r>
      <w:r>
        <w:rPr>
          <w:rFonts w:ascii="Verdana" w:hAnsi="Verdana" w:cs="Verdana" w:eastAsia="Verdana"/>
          <w:b w:val="0"/>
          <w:i w:val="0"/>
          <w:color w:val="2A1A20"/>
          <w:sz w:val="20"/>
        </w:rPr>
        <w:t>GPA 3.7 · Coursework: Data Structures and Algorithms, Databases, Software Design, Web Programming</w:t>
      </w:r>
    </w:p>
    <w:p>
      <w:pPr>
        <w:keepNext/>
        <w:spacing w:before="280" w:after="80" w:line="264" w:lineRule="auto"/>
      </w:pPr>
      <w:r>
        <w:rPr>
          <w:rFonts w:ascii="Verdana" w:hAnsi="Verdana" w:cs="Verdana" w:eastAsia="Verdana"/>
          <w:b/>
          <w:i w:val="0"/>
          <w:color w:val="4F6F5B"/>
          <w:sz w:val="18"/>
        </w:rPr>
        <w:t>PROJECTS</w:t>
      </w:r>
    </w:p>
    <w:p>
      <w:pPr>
        <w:keepNext/>
        <w:tabs>
          <w:tab w:pos="10224" w:val="right"/>
        </w:tabs>
        <w:spacing w:before="120" w:after="0" w:line="264" w:lineRule="auto"/>
      </w:pPr>
      <w:r>
        <w:rPr>
          <w:rFonts w:ascii="Verdana" w:hAnsi="Verdana" w:cs="Verdana" w:eastAsia="Verdana"/>
          <w:b/>
          <w:i w:val="0"/>
          <w:color w:val="2A1A20"/>
          <w:sz w:val="21"/>
        </w:rPr>
        <w:t>Trail Finder</w:t>
      </w:r>
      <w:r>
        <w:rPr>
          <w:rFonts w:ascii="Verdana" w:hAnsi="Verdana" w:cs="Verdana" w:eastAsia="Verdana"/>
          <w:b w:val="0"/>
          <w:i w:val="0"/>
          <w:color w:val="6B5A60"/>
          <w:sz w:val="19"/>
        </w:rPr>
        <w:tab/>
        <w:t>2026</w:t>
      </w:r>
    </w:p>
    <w:p>
      <w:pPr>
        <w:keepNext/>
        <w:spacing w:before="0" w:after="60" w:line="264" w:lineRule="auto"/>
      </w:pPr>
      <w:r>
        <w:rPr>
          <w:rFonts w:ascii="Verdana" w:hAnsi="Verdana" w:cs="Verdana" w:eastAsia="Verdana"/>
          <w:b w:val="0"/>
          <w:i w:val="0"/>
          <w:color w:val="4F6F5B"/>
          <w:sz w:val="19"/>
        </w:rPr>
        <w:t>Python, Flask, Leaflet</w:t>
      </w:r>
    </w:p>
    <w:p>
      <w:pPr>
        <w:spacing w:before="0" w:after="50" w:line="276" w:lineRule="auto"/>
        <w:ind w:left="288" w:hanging="202"/>
      </w:pPr>
      <w:r>
        <w:rPr>
          <w:rFonts w:ascii="Verdana" w:hAnsi="Verdana" w:cs="Verdana" w:eastAsia="Verdana"/>
          <w:b w:val="0"/>
          <w:i w:val="0"/>
          <w:color w:val="4F6F5B"/>
          <w:sz w:val="20"/>
        </w:rPr>
        <w:t xml:space="preserve">•  </w:t>
      </w:r>
      <w:r>
        <w:rPr>
          <w:rFonts w:ascii="Verdana" w:hAnsi="Verdana" w:cs="Verdana" w:eastAsia="Verdana"/>
          <w:b w:val="0"/>
          <w:i w:val="0"/>
          <w:color w:val="2A1A20"/>
          <w:sz w:val="20"/>
        </w:rPr>
        <w:t>Web app that loads public park data and finds the shortest route between 1,400 trailheads with Dijkstra's algorithm.</w:t>
      </w:r>
    </w:p>
    <w:p>
      <w:pPr>
        <w:spacing w:before="0" w:after="50" w:line="276" w:lineRule="auto"/>
        <w:ind w:left="288" w:hanging="202"/>
      </w:pPr>
      <w:r>
        <w:rPr>
          <w:rFonts w:ascii="Verdana" w:hAnsi="Verdana" w:cs="Verdana" w:eastAsia="Verdana"/>
          <w:b w:val="0"/>
          <w:i w:val="0"/>
          <w:color w:val="4F6F5B"/>
          <w:sz w:val="20"/>
        </w:rPr>
        <w:t xml:space="preserve">•  </w:t>
      </w:r>
      <w:r>
        <w:rPr>
          <w:rFonts w:ascii="Verdana" w:hAnsi="Verdana" w:cs="Verdana" w:eastAsia="Verdana"/>
          <w:b w:val="0"/>
          <w:i w:val="0"/>
          <w:color w:val="2A1A20"/>
          <w:sz w:val="20"/>
        </w:rPr>
        <w:t>Shows each route on an interactive web map; 45 unit tests run on every push with GitHub Actions.</w:t>
      </w:r>
    </w:p>
    <w:p>
      <w:pPr>
        <w:keepNext/>
        <w:tabs>
          <w:tab w:pos="10224" w:val="right"/>
        </w:tabs>
        <w:spacing w:before="120" w:after="0" w:line="264" w:lineRule="auto"/>
      </w:pPr>
      <w:r>
        <w:rPr>
          <w:rFonts w:ascii="Verdana" w:hAnsi="Verdana" w:cs="Verdana" w:eastAsia="Verdana"/>
          <w:b/>
          <w:i w:val="0"/>
          <w:color w:val="2A1A20"/>
          <w:sz w:val="21"/>
        </w:rPr>
        <w:t>Study Room Finder</w:t>
      </w:r>
      <w:r>
        <w:rPr>
          <w:rFonts w:ascii="Verdana" w:hAnsi="Verdana" w:cs="Verdana" w:eastAsia="Verdana"/>
          <w:b w:val="0"/>
          <w:i w:val="0"/>
          <w:color w:val="6B5A60"/>
          <w:sz w:val="19"/>
        </w:rPr>
        <w:tab/>
        <w:t>2025</w:t>
      </w:r>
    </w:p>
    <w:p>
      <w:pPr>
        <w:keepNext/>
        <w:spacing w:before="0" w:after="60" w:line="264" w:lineRule="auto"/>
      </w:pPr>
      <w:r>
        <w:rPr>
          <w:rFonts w:ascii="Verdana" w:hAnsi="Verdana" w:cs="Verdana" w:eastAsia="Verdana"/>
          <w:b w:val="0"/>
          <w:i w:val="0"/>
          <w:color w:val="4F6F5B"/>
          <w:sz w:val="19"/>
        </w:rPr>
        <w:t>JavaScript, REST API, SQLite</w:t>
      </w:r>
    </w:p>
    <w:p>
      <w:pPr>
        <w:spacing w:before="0" w:after="50" w:line="276" w:lineRule="auto"/>
        <w:ind w:left="288" w:hanging="202"/>
      </w:pPr>
      <w:r>
        <w:rPr>
          <w:rFonts w:ascii="Verdana" w:hAnsi="Verdana" w:cs="Verdana" w:eastAsia="Verdana"/>
          <w:b w:val="0"/>
          <w:i w:val="0"/>
          <w:color w:val="4F6F5B"/>
          <w:sz w:val="20"/>
        </w:rPr>
        <w:t xml:space="preserve">•  </w:t>
      </w:r>
      <w:r>
        <w:rPr>
          <w:rFonts w:ascii="Verdana" w:hAnsi="Verdana" w:cs="Verdana" w:eastAsia="Verdana"/>
          <w:b w:val="0"/>
          <w:i w:val="0"/>
          <w:color w:val="2A1A20"/>
          <w:sz w:val="20"/>
        </w:rPr>
        <w:t>Team of three; built the API that lists open campus study rooms, used by 300+ students.</w:t>
      </w:r>
    </w:p>
    <w:p>
      <w:pPr>
        <w:keepNext/>
        <w:spacing w:before="280" w:after="80" w:line="264" w:lineRule="auto"/>
      </w:pPr>
      <w:r>
        <w:rPr>
          <w:rFonts w:ascii="Verdana" w:hAnsi="Verdana" w:cs="Verdana" w:eastAsia="Verdana"/>
          <w:b/>
          <w:i w:val="0"/>
          <w:color w:val="4F6F5B"/>
          <w:sz w:val="18"/>
        </w:rPr>
        <w:t>EXPERIENCE</w:t>
      </w:r>
    </w:p>
    <w:p>
      <w:pPr>
        <w:keepNext/>
        <w:tabs>
          <w:tab w:pos="10224" w:val="right"/>
        </w:tabs>
        <w:spacing w:before="120" w:after="0" w:line="264" w:lineRule="auto"/>
      </w:pPr>
      <w:r>
        <w:rPr>
          <w:rFonts w:ascii="Verdana" w:hAnsi="Verdana" w:cs="Verdana" w:eastAsia="Verdana"/>
          <w:b/>
          <w:i w:val="0"/>
          <w:color w:val="2A1A20"/>
          <w:sz w:val="21"/>
        </w:rPr>
        <w:t>IT Help Desk Assistant</w:t>
      </w:r>
      <w:r>
        <w:rPr>
          <w:rFonts w:ascii="Verdana" w:hAnsi="Verdana" w:cs="Verdana" w:eastAsia="Verdana"/>
          <w:b w:val="0"/>
          <w:i w:val="0"/>
          <w:color w:val="6B5A60"/>
          <w:sz w:val="19"/>
        </w:rPr>
        <w:tab/>
        <w:t>Sep 2025 – Present</w:t>
      </w:r>
    </w:p>
    <w:p>
      <w:pPr>
        <w:keepNext/>
        <w:spacing w:before="0" w:after="60" w:line="264" w:lineRule="auto"/>
      </w:pPr>
      <w:r>
        <w:rPr>
          <w:rFonts w:ascii="Verdana" w:hAnsi="Verdana" w:cs="Verdana" w:eastAsia="Verdana"/>
          <w:b w:val="0"/>
          <w:i w:val="0"/>
          <w:color w:val="4F6F5B"/>
          <w:sz w:val="19"/>
        </w:rPr>
        <w:t>UW Information Technology, Seattle, WA</w:t>
      </w:r>
    </w:p>
    <w:p>
      <w:pPr>
        <w:spacing w:before="0" w:after="50" w:line="276" w:lineRule="auto"/>
        <w:ind w:left="288" w:hanging="202"/>
      </w:pPr>
      <w:r>
        <w:rPr>
          <w:rFonts w:ascii="Verdana" w:hAnsi="Verdana" w:cs="Verdana" w:eastAsia="Verdana"/>
          <w:b w:val="0"/>
          <w:i w:val="0"/>
          <w:color w:val="4F6F5B"/>
          <w:sz w:val="20"/>
        </w:rPr>
        <w:t xml:space="preserve">•  </w:t>
      </w:r>
      <w:r>
        <w:rPr>
          <w:rFonts w:ascii="Verdana" w:hAnsi="Verdana" w:cs="Verdana" w:eastAsia="Verdana"/>
          <w:b w:val="0"/>
          <w:i w:val="0"/>
          <w:color w:val="2A1A20"/>
          <w:sz w:val="20"/>
        </w:rPr>
        <w:t>Work 12 hours a week solving account, network and software issues for students and staff.</w:t>
      </w:r>
    </w:p>
    <w:p>
      <w:pPr>
        <w:spacing w:before="0" w:after="50" w:line="276" w:lineRule="auto"/>
        <w:ind w:left="288" w:hanging="202"/>
      </w:pPr>
      <w:r>
        <w:rPr>
          <w:rFonts w:ascii="Verdana" w:hAnsi="Verdana" w:cs="Verdana" w:eastAsia="Verdana"/>
          <w:b w:val="0"/>
          <w:i w:val="0"/>
          <w:color w:val="4F6F5B"/>
          <w:sz w:val="20"/>
        </w:rPr>
        <w:t xml:space="preserve">•  </w:t>
      </w:r>
      <w:r>
        <w:rPr>
          <w:rFonts w:ascii="Verdana" w:hAnsi="Verdana" w:cs="Verdana" w:eastAsia="Verdana"/>
          <w:b w:val="0"/>
          <w:i w:val="0"/>
          <w:color w:val="2A1A20"/>
          <w:sz w:val="20"/>
        </w:rPr>
        <w:t>Close about 60 tickets a week and keep detailed notes that others on the team reuse.</w:t>
      </w:r>
    </w:p>
    <w:p>
      <w:pPr>
        <w:keepNext/>
        <w:spacing w:before="280" w:after="80" w:line="264" w:lineRule="auto"/>
      </w:pPr>
      <w:r>
        <w:rPr>
          <w:rFonts w:ascii="Verdana" w:hAnsi="Verdana" w:cs="Verdana" w:eastAsia="Verdana"/>
          <w:b/>
          <w:i w:val="0"/>
          <w:color w:val="4F6F5B"/>
          <w:sz w:val="18"/>
        </w:rPr>
        <w:t>SKILLS</w:t>
      </w:r>
    </w:p>
    <w:p>
      <w:pPr>
        <w:spacing w:before="0" w:after="40" w:line="300" w:lineRule="auto"/>
      </w:pPr>
      <w:r>
        <w:rPr>
          <w:rFonts w:ascii="Verdana" w:hAnsi="Verdana" w:cs="Verdana" w:eastAsia="Verdana"/>
          <w:b w:val="0"/>
          <w:i w:val="0"/>
          <w:color w:val="2A1A20"/>
          <w:sz w:val="20"/>
        </w:rPr>
        <w:t>Python · Java · JavaScript · SQL · Git and GitHub · REST APIs · Flask · Leaflet · Linux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Verdana" w:hAnsi="Verdan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- Minimal</dc:title>
  <dc:subject/>
  <dc:creator>Clara Vale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